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6522720" cy="97840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997A0B5F-9458-40A1-BB46-215771FB782A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9784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6522720" cy="978408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6103528B-4776-447A-8029-88741362D706(1)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9784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7269480" cy="484632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825C622-FFE2-4F07-B906-208AF6888B46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4846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5153180" cy="9784078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G_7751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53180" cy="97840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4760132" cy="978407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G_7752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0132" cy="978407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4748325" cy="9784079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G_7753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48325" cy="978407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7269480" cy="484632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36A12971-E18B-44AF-8818-2D07841066F3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4846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7269480" cy="484632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D001E9A-FBE6-4237-AE8C-14667AEEA69F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4846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6522720" cy="978408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CE280E3-12B6-4632-BCD0-1055296EEDF7.jpe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22720" cy="9784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360" w:right="360" w:bottom="360" w:left="360" w:header="720" w:footer="720" w:gutter="0"/>
          <w:cols w:space="720"/>
          <w:docGrid w:linePitch="360"/>
        </w:sectPr>
      </w:pPr>
    </w:p>
    <w:p>
      <w:pPr>
        <w:spacing w:after="0"/>
        <w:jc w:val="center"/>
      </w:pPr>
      <w:r>
        <w:drawing>
          <wp:inline xmlns:a="http://schemas.openxmlformats.org/drawingml/2006/main" xmlns:pic="http://schemas.openxmlformats.org/drawingml/2006/picture">
            <wp:extent cx="7269480" cy="484632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840B0803-6028-43A9-AD79-11FF34D7263D.jpe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269480" cy="484632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